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אמנת זכויות הילד ואת ארבע קבוצות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דילמות הקשורות לזכויות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ילדי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הזכות להישמע ולהביע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הזכויות הבסיסיות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צורך הוא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זכות יש גם אחריות נלווית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זכות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(ללמוד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(להיות מוגן מאלימות)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(לקבל טיפול רפואי)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זכות ואחריות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(אחריות להתאמץ ולבוא לשיעורים)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(אחריות לא לסכן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 להקשיב גם לדעת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(אחריות לשחק בהגינות)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 זכויות מתוך ארבע הקבוצות והסבר קצר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להבחין בין הכרחי לבין נעים אך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מציג זכות ואת האחריות המתאימה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שתיים מתוך: הישרדות, התפתחות, הגנה,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דוגמה מהסיפור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לנמק את תשובותיהם בחלק הדילמות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ההתאמה לעבודה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הקשורים לזכויות הילד – מה זכות, מה ההבדל בין צורך לרצון, ואילו קבוצות זכויות קיימות.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רצון  ·  צורך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מתנה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אמנת זכויות הילד עוסקת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 מדינה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ילדי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מבוגרים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מהבאות היא דוגמה לזכות להשתתפות?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להישמע ולהביע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לשינה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בעולם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צורך הוא דבר שאפשר לוותר עליו בקלות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לילד יש רק זכויות ואין לו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מים ואוכל הם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צעצוע חדש הוא בדרך כלל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קורת גג ומקום לישון הם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זכות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לקבל טיפול רפואי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ללמוד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להיות מוגן מאלימות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זכות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אחריות לשחק בהגינות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זכות לבטיחות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אחריות להקשיב גם לדעת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אחריות להתאמץ ולבוא לשיעורים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אחריות לא לסכן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זכויות שלדעתכם הכי חשובות לכם באופן אישי, והסבירו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לזכות ואחריות נלווית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