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אמנת זכויות הילד ואת ארבע קבוצות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דילמות הקשורות לזכויות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ילדי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הזכות לא להיפגע או להיפגע מאלימות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הזכות להישמע ולהביע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לבוא לבית הספר ולהתאמץ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הזכויות הבסיסיות באמנה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צורך הוא דבר הכרחי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זכות יש גם אחריות נלווית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זכות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זו המטרה של זכות ההגנה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זמן מנוחה ומשחק חשוב, אך לרוב מסווג כרצון או התפתחות ולא צורך בסיסי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זכות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(ללמוד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(להיות מוגן מאלימות)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(להביע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(לקבל טיפול רפואי)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(זמן פנוי ומנוחה)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זכות ואחריות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(אחריות להתאמץ ולבוא לשיעורים)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(אחריות לא לסכן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(אחריות להקשיב גם לדעת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(אחריות לשחק בהגינות)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מצב מציאותי, זיהוי שתי הזכויות המתנגשות, והצעת פתרון הוגן המתחשב בשני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שלוש זכויות מתוך ארבע הקבוצות והסבר קצר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להבחין בין הכרחי לבין נעים אך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מציג זכות ואת האחריות המתאימה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שתיים מתוך: הישרדות, התפתחות, הגנה,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לנמק את תשובותיהם בחלק הדילמות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 ההתאמה לעבודה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הקשורים לזכויות הילד – מה זכות, מה ההבדל בין צורך לרצון, ואילו קבוצות זכויות קיימות.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אמנת זכויות הילד עוסקת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 מדינה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ילדי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מבוגרים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ספורטאים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לזכות להגנה?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לשחק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לא להיפגע או להיפגע מאלימות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מהבאות היא דוגמה לזכות להשתתפות?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להישמע ולהביע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צורך, בניגוד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נעים שלא 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הכרחי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טיול לחופש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אחריות הקשורה לזכות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לבוא לבית הספר ולהתאמץ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לצפות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כל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לחינוך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הוא דבר שאפשר לוותר עליו בקלות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יש רק זכויות ואין לו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להשתתפות היא זכות של ילד להביע דעה ולהישמע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להגנה עוסקת בשמירה על הילד מפני 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הוא תמיד צורך ולא רצון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ואוכל הם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צעצוע חדש הוא בדרך כלל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קורת גג ומקום לישון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טיול לחו״ל לכיף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ביקור אצל רופא כשחולים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זכות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להביע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ללמוד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להשתתפות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פנוי ומנוחה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להיות מוגן מאלימות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לקבל טיפול רפואי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זכות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לשחק בהגינות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 להקשיב גם לדעת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לא לסכן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להתאמץ ולבוא לשיעורים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דילמה שבה זכות של ילד אחד מתנגשת עם זכות של ילד אחר, והסבירו איך אפשר לפתור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זכויות שלדעתכם הכי חשובות לכם באופן אישי, והסבירו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לזכות ואחריות נלווית אליה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שתיים מארבע קבוצות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